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(זכר ונקבה, 1–19, מאות ומספר גדול)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שם העצם ולהתאים לו את צורת המספר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הכללים המיוחדים: המילה אחד, המספרים 11–19, מאה, וסמיכות לפני שם עצם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ולתקן טעויות נפוצות בשימוש בשם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אחת, שתיים,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צורת היחיד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המספר מסתיים באות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המספר בא בסמיכות, למשל שלושת הזוכים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המין נקבע לפי צורת היחיד, לא לפי הרבים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הצירוף המיוחד למאתיים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הצורה הנכונה היא שלושת הזוכים, בסמיכות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דקות היא מילה בנקבה, לכן המספר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העיקרי של מספר יסודי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הטעות לתיקון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(שני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(שלושה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(מנחה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(חמש עשרה להקות)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(שלוש מאות)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מספר גדול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כמה אלפים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כמה מאות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כמה עשרות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ו' החיבור לפני החלק האחרון וקובעים את היחידות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במספרים 3 עד 10 עם שם עצם בזכר המספר מסתיים באות ה, למשל חמישה ילדים או שבעה 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צורת היחיד של שם העצם, 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שם עצם עם ה' הידיעה, בצורת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מהחיים: ספירת כיסאות או כרטיסים בכיתה, ולבקש מהתלמידים לנסח במספר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זכר לנקבה לפני תחילת התרגול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ציד הטעויות מומלץ לעודד את התלמידים להסביר בקול רם למה הצורה המקורית שגויה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(זכר ונקבה, 1–19, מאות ומספר גדול)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אומרים מספרים נכון בעברית - פעם עם ה' בסוף המילה ופעם בלי.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יסודי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שעונה על השאלה כמה, למשל שלושה כיסאות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סוגי המין של שמות עצם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שתי מילים, למשל שלושת הזוכים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ה'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 בתחילת מילה שמסמנת שם עצם מסוים וידוע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ו' החיבור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ו שמחברת בין חלקי מספר, למשל וארבעים וחמש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יחידה, עשרות, מאות, אלפים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החלקים שמרכיבים מספר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סופרים בלי מילה אחריה?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אחת, שתיים,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אחד, שניים,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ראשון, שני,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אחת, שניים,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קובע את המין של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צורת היחיד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צורת הרבים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למספר כששם העצם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מסתיים באות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בא בלי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בא אחרי שם העצם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שינוי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שמים את המילה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מאה היא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מין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במספר שאחריה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אומרים מספר לפני מילה עם 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בא בסמיכות, למשל שלושת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נשאר רגיל, שלושה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לשים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המספר בא בסוף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שם העצם נקבע תמיד לפי צורת הרבים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המספר 200 אומרים מאתיים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שם עצם מיודע אומרים שלושה הזוכים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המספר 15 עם המילה דקות אומרים חמש עשרה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יסודי עונה על השאלה 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כיסאות ישבו האורחים באולם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עידו קנה כרטיס __________ בלבד למופע (1)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בקופה של עידו נספרו __________ מאות שקלים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בתוכנייה מופיעים __________ עשר שירים שונים (13, שירים הוא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נוגה נולדה ב__________ בינואר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הטעות לתיקון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שתיים שקלים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חמש עשרה להקות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 כרטיסים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שני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אחד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 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חמש עשר להקות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כרטיסים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שלושה 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מנחה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מספר גדול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כמה עשרות יש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ו' החיבור לפני החלק האחרון וקובעים את היחידות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כמה אלפים יש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כמה מאות יש 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הכלל של מספרים 3 עד 10 עם שם עצם בזכר, ותנו דוגמה אחת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קובעים אם שם עצם הוא זכר או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שלושת ולא שלושה?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את המספר 200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(זכר ונקבה, 1–19, מאות ומספר גדול)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